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BFBB2" w14:textId="77777777" w:rsidR="007768D9" w:rsidRPr="002F2FB7" w:rsidRDefault="00000000">
      <w:pPr>
        <w:jc w:val="right"/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sz w:val="18"/>
          <w:lang w:val="pl-PL"/>
        </w:rPr>
        <w:t>Załącznik nr 2 do Warunków przetargu</w:t>
      </w:r>
    </w:p>
    <w:p w14:paraId="7FB387B8" w14:textId="77777777" w:rsidR="007768D9" w:rsidRPr="002F2FB7" w:rsidRDefault="00000000" w:rsidP="00C54720">
      <w:pPr>
        <w:pStyle w:val="Tytu"/>
        <w:pBdr>
          <w:bottom w:val="none" w:sz="0" w:space="0" w:color="auto"/>
        </w:pBdr>
        <w:jc w:val="center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FORMULARZ OFERTOWY</w:t>
      </w:r>
    </w:p>
    <w:p w14:paraId="256A968E" w14:textId="77777777" w:rsidR="007768D9" w:rsidRPr="002F2FB7" w:rsidRDefault="00000000">
      <w:pPr>
        <w:jc w:val="center"/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i/>
          <w:sz w:val="18"/>
          <w:lang w:val="pl-PL"/>
        </w:rPr>
        <w:t>Przetarg na dzierżawę części nieruchomości o pow. 100 m² z przeznaczeniem na posadowienie budynku modułowego i realizację świadczeń zdrowotnych w zakresie rezonansu magnetycznego</w:t>
      </w:r>
    </w:p>
    <w:p w14:paraId="051E910B" w14:textId="77777777" w:rsidR="007768D9" w:rsidRPr="002F2FB7" w:rsidRDefault="00000000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A. Dane oferenta</w:t>
      </w:r>
    </w:p>
    <w:p w14:paraId="00AF031B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Pełna nazwa / firma:</w:t>
      </w:r>
    </w:p>
    <w:p w14:paraId="5516C773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65EE59CC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Siedziba i adres:</w:t>
      </w:r>
    </w:p>
    <w:p w14:paraId="03F7D64F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55E53717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NIP:</w:t>
      </w:r>
    </w:p>
    <w:p w14:paraId="557F5581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11002223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REGON:</w:t>
      </w:r>
    </w:p>
    <w:p w14:paraId="4D2A5E3F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6D6E864D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KRS / CEIDG:</w:t>
      </w:r>
    </w:p>
    <w:p w14:paraId="44233BFF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16C18194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Nr RPWDL (jeżeli dotyczy):</w:t>
      </w:r>
    </w:p>
    <w:p w14:paraId="1894B960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1C984A9B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Telefon:</w:t>
      </w:r>
    </w:p>
    <w:p w14:paraId="1972CEAA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646F05A1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E-mail:</w:t>
      </w:r>
    </w:p>
    <w:p w14:paraId="1237E255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04F29F7D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b/>
          <w:lang w:val="pl-PL"/>
        </w:rPr>
        <w:t>Osoba uprawniona do reprezentacji:</w:t>
      </w:r>
    </w:p>
    <w:p w14:paraId="6ADD3242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</w:t>
      </w:r>
    </w:p>
    <w:p w14:paraId="42DE027D" w14:textId="77777777" w:rsidR="007768D9" w:rsidRPr="002F2FB7" w:rsidRDefault="00000000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B. Oferta czynszowa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4"/>
      </w:tblGrid>
      <w:tr w:rsidR="007768D9" w:rsidRPr="002F2FB7" w14:paraId="6346FCC1" w14:textId="77777777" w:rsidTr="008C4011">
        <w:trPr>
          <w:tblHeader/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260A2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Pozycja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1FDEC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Wartość</w:t>
            </w:r>
          </w:p>
        </w:tc>
      </w:tr>
      <w:tr w:rsidR="007768D9" w:rsidRPr="002F2FB7" w14:paraId="6CAEF58C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B76E5" w14:textId="1EF1DC9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Miesięczna stawka czynszu netto za 1 m²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CEF8F" w14:textId="3CA9882E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67DFBCA4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EE955" w14:textId="29E032FB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VAT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(%/zł)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A23E4" w14:textId="2D0854A8" w:rsidR="007768D9" w:rsidRPr="002F2FB7" w:rsidRDefault="00C5472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 xml:space="preserve">                % /                                        zł</w:t>
            </w:r>
          </w:p>
        </w:tc>
      </w:tr>
      <w:tr w:rsidR="007768D9" w:rsidRPr="002F2FB7" w14:paraId="04FA9094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4BF1D" w14:textId="378A3F20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Miesięczna stawka czynszu brutto za 1 m²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485B8" w14:textId="4DA48C5C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1D0C0DF5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9421A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Powierzchnia dzierżawy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9AC18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100 m²</w:t>
            </w:r>
          </w:p>
        </w:tc>
      </w:tr>
      <w:tr w:rsidR="007768D9" w:rsidRPr="002F2FB7" w14:paraId="5019B548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01F95" w14:textId="77C4C178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lastRenderedPageBreak/>
              <w:t>Łączny miesięczny czynsz netto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87E15" w14:textId="7A8D3AFA" w:rsidR="007768D9" w:rsidRPr="002F2FB7" w:rsidRDefault="007768D9" w:rsidP="00C54720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22782B26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C7A34" w14:textId="675C3A6A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Łączny miesięczny czynsz brutto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8D7B5" w14:textId="57F50F4F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771C15F6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Oferowana stawka czynszu nie obejmuje kosztów mediów, gospodarowania i utylizacji odpadów ani innych kosztów bieżącego funkcjonowania pracowni, które ponosi Dzierżawca.</w:t>
      </w:r>
    </w:p>
    <w:p w14:paraId="0B837150" w14:textId="77777777" w:rsidR="007768D9" w:rsidRPr="002F2FB7" w:rsidRDefault="00000000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C. Kluczowe parametry koncepcji i inwestycji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4"/>
      </w:tblGrid>
      <w:tr w:rsidR="007768D9" w:rsidRPr="002F2FB7" w14:paraId="09C02459" w14:textId="77777777" w:rsidTr="008C4011">
        <w:trPr>
          <w:tblHeader/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EAFC0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Parametr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94099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Deklaracja oferenta</w:t>
            </w:r>
          </w:p>
        </w:tc>
      </w:tr>
      <w:tr w:rsidR="007768D9" w:rsidRPr="002F2FB7" w14:paraId="221518DF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F1A10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Producent i model aparatu MRI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7A657" w14:textId="1E7CDCB9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6E678051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7DE82" w14:textId="4DDCC648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Natężenie pola magnetycznego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(T)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FDD3F" w14:textId="721100B7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0DB82997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299BE" w14:textId="29234B0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Maksymalna dopuszczalna masa pacjenta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(kg - </w:t>
            </w:r>
            <w:proofErr w:type="gramStart"/>
            <w:r w:rsidR="00C54720" w:rsidRPr="002F2FB7">
              <w:rPr>
                <w:rFonts w:ascii="Times New Roman" w:hAnsi="Times New Roman" w:cs="Times New Roman"/>
                <w:lang w:val="pl-PL"/>
              </w:rPr>
              <w:t>nie mniej</w:t>
            </w:r>
            <w:proofErr w:type="gramEnd"/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niż 250 kg)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0BA4E" w14:textId="4A020B9B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143C04C7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044DE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 xml:space="preserve">Średnica otworu </w:t>
            </w:r>
            <w:proofErr w:type="spellStart"/>
            <w:r w:rsidRPr="002F2FB7">
              <w:rPr>
                <w:rFonts w:ascii="Times New Roman" w:hAnsi="Times New Roman" w:cs="Times New Roman"/>
                <w:lang w:val="pl-PL"/>
              </w:rPr>
              <w:t>gantry</w:t>
            </w:r>
            <w:proofErr w:type="spellEnd"/>
            <w:r w:rsidRPr="002F2FB7">
              <w:rPr>
                <w:rFonts w:ascii="Times New Roman" w:hAnsi="Times New Roman" w:cs="Times New Roman"/>
                <w:lang w:val="pl-PL"/>
              </w:rPr>
              <w:t xml:space="preserve"> / rozwiązanie dla klaustrofobii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EEFA3" w14:textId="4B841EC3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2895B44A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0017C" w14:textId="6C787CCE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Szacunkowa wartość nakładów inwestycyjnych netto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(zł)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5DEEA" w14:textId="6558D95A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211DC7C0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24956" w14:textId="05B131BC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Planowany termin zakończenia inwestycji</w:t>
            </w:r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(</w:t>
            </w:r>
            <w:proofErr w:type="gramStart"/>
            <w:r w:rsidR="00C54720" w:rsidRPr="002F2FB7">
              <w:rPr>
                <w:rFonts w:ascii="Times New Roman" w:hAnsi="Times New Roman" w:cs="Times New Roman"/>
                <w:lang w:val="pl-PL"/>
              </w:rPr>
              <w:t>nie później</w:t>
            </w:r>
            <w:proofErr w:type="gramEnd"/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niż 30.06.2027 r. i </w:t>
            </w:r>
            <w:proofErr w:type="gramStart"/>
            <w:r w:rsidR="00C54720" w:rsidRPr="002F2FB7">
              <w:rPr>
                <w:rFonts w:ascii="Times New Roman" w:hAnsi="Times New Roman" w:cs="Times New Roman"/>
                <w:lang w:val="pl-PL"/>
              </w:rPr>
              <w:t>nie później</w:t>
            </w:r>
            <w:proofErr w:type="gramEnd"/>
            <w:r w:rsidR="00C54720" w:rsidRPr="002F2FB7">
              <w:rPr>
                <w:rFonts w:ascii="Times New Roman" w:hAnsi="Times New Roman" w:cs="Times New Roman"/>
                <w:lang w:val="pl-PL"/>
              </w:rPr>
              <w:t xml:space="preserve"> niż 8 miesięcy od zawarcia umowy)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4228A" w14:textId="79CDB1B7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3E32867F" w14:textId="77777777">
        <w:trPr>
          <w:jc w:val="center"/>
        </w:trPr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4CC65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Planowany termin rozpoczęcia świadczeń</w:t>
            </w:r>
          </w:p>
        </w:tc>
        <w:tc>
          <w:tcPr>
            <w:tcW w:w="492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208A6" w14:textId="6327B110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335E86D6" w14:textId="77777777" w:rsidR="007768D9" w:rsidRPr="002F2FB7" w:rsidRDefault="00000000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D. Oświadczenia oferenta</w:t>
      </w:r>
    </w:p>
    <w:p w14:paraId="4C678B45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1. Oświadczam/Oświadczamy, że prowadzę/prowadzimy działalność leczniczą uprawniającą do udzielania świadczeń zdrowotnych w zakresie rezonansu magnetycznego;</w:t>
      </w:r>
    </w:p>
    <w:p w14:paraId="3B56B381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2. Oświadczam/Oświadczamy, że posiadam/posiadamy aktualny kontrakt z Narodowym Funduszem Zdrowia na świadczenia rezonansu magnetycznego w ramach AOS, zgodnie z wymaganiami Warunków przetargu;</w:t>
      </w:r>
    </w:p>
    <w:p w14:paraId="083122C0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3. Oświadczam/Oświadczamy, że posiadam/posiadamy co najmniej 2-letnie doświadczenie w udzielaniu świadczeń zdrowotnych w zakresie rezonansu magnetycznego;</w:t>
      </w:r>
    </w:p>
    <w:p w14:paraId="600ECCC8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4. Oświadczam/Oświadczamy, że znajduję/znajdujemy się w sytuacji ekonomicznej i finansowej zapewniającej prawidłową realizację przedsięwzięcia;</w:t>
      </w:r>
    </w:p>
    <w:p w14:paraId="32D2F4DE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5. Oświadczam/Oświadczamy, że zapewnię/zapewnimy realizację badań rezonansu magnetycznego wraz z opisem całodobowo, 7 dni w tygodniu;</w:t>
      </w:r>
    </w:p>
    <w:p w14:paraId="6208A4D0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6. Oświadczam/Oświadczamy, że poniosę/poniesiemy koszty przygotowania, wyposażenia i uruchomienia pracowni oraz koszty jej bieżącego funkcjonowania;</w:t>
      </w:r>
    </w:p>
    <w:p w14:paraId="00A7BA4D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7. Oświadczam/Oświadczamy, że zobowiązuję/zobowiązujemy się do nieprzerwanego prowadzenia działalności objętej umową i nieprzenoszenia praw i obowiązków bez uprzedniej pisemnej zgody Wydzierżawiającego;</w:t>
      </w:r>
    </w:p>
    <w:p w14:paraId="3DA2BD51" w14:textId="77777777" w:rsidR="007768D9" w:rsidRPr="002F2FB7" w:rsidRDefault="00000000">
      <w:pPr>
        <w:rPr>
          <w:rFonts w:ascii="Times New Roman" w:hAnsi="Times New Roman" w:cs="Times New Roman"/>
          <w:lang w:val="pl-PL"/>
        </w:rPr>
      </w:pPr>
      <w:r w:rsidRPr="002F2FB7">
        <w:rPr>
          <w:rFonts w:ascii="Segoe UI Symbol" w:hAnsi="Segoe UI Symbol" w:cs="Segoe UI Symbol"/>
          <w:lang w:val="pl-PL"/>
        </w:rPr>
        <w:t>☐</w:t>
      </w:r>
      <w:r w:rsidRPr="002F2FB7">
        <w:rPr>
          <w:rFonts w:ascii="Times New Roman" w:hAnsi="Times New Roman" w:cs="Times New Roman"/>
          <w:lang w:val="pl-PL"/>
        </w:rPr>
        <w:t xml:space="preserve"> 8. Oświadczam/Oświadczamy, że akceptuję/akceptujemy projekt umowy dzierżawy stanowiący Załącznik nr 3 do Warunków przetargu;</w:t>
      </w:r>
    </w:p>
    <w:p w14:paraId="350E4717" w14:textId="77777777" w:rsidR="007768D9" w:rsidRPr="002F2FB7" w:rsidRDefault="00000000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2F2FB7">
        <w:rPr>
          <w:rFonts w:ascii="Times New Roman" w:hAnsi="Times New Roman" w:cs="Times New Roman"/>
          <w:color w:val="auto"/>
          <w:lang w:val="pl-PL"/>
        </w:rPr>
        <w:t>E. Wykaz załączników do oferty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861"/>
        <w:gridCol w:w="3283"/>
      </w:tblGrid>
      <w:tr w:rsidR="007768D9" w:rsidRPr="002F2FB7" w14:paraId="008E8C4D" w14:textId="77777777" w:rsidTr="00C54720">
        <w:trPr>
          <w:tblHeader/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A1BFD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Lp.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0A290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Dokument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92649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b/>
                <w:lang w:val="pl-PL"/>
              </w:rPr>
              <w:t>Załączono / nie dotyczy</w:t>
            </w:r>
          </w:p>
        </w:tc>
      </w:tr>
      <w:tr w:rsidR="007768D9" w:rsidRPr="002F2FB7" w14:paraId="241EEF7C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A907E9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180B7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dokument rejestrowy CEIDG/KRS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3B04B" w14:textId="5C15ACBC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6F59F06C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63167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2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20F97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dokument potwierdzający wpis do RPWDL, jeżeli wymagany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CDF29" w14:textId="31532516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682670D5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958D7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228D1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oświadczenie i dokument potwierdzający aktualny kontrakt z NFZ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4A54E" w14:textId="5DC286DF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44B9E084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390DE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4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9674B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oświadczenie sankcyjne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C8F7F" w14:textId="0ABCF69A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09BD53A1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6F894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5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B0A54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zaświadczenie US o niezaleganiu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7F3B6" w14:textId="0E4D2067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6B68E284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DF80B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6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18C72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zaświadczenie ZUS o niezaleganiu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5D213" w14:textId="3FE0DA92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4594A4AB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6C3F6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7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87E53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dokumenty potwierdzające min. 2-letnie doświadczenie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2F458" w14:textId="302DF3FF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2160BA8D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DFFA5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8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560BD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oświadczenie o sytuacji ekonomicznej i finansowej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1D1FFB" w14:textId="6DF6591F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4D4A7B2E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168F3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9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3EED1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koncepcja organizacyjna i techniczna pracowni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DBF23" w14:textId="1EC5F226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19751AC9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468E8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10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953E9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wstępny kosztorys inwestycji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5045B" w14:textId="2AE76742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15486C26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15115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11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07815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wykaz wyposażenia, aparatury i sprzętu z parametrami i wartościami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B9539" w14:textId="0A712573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7EC777FA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9A960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12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38ADC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harmonogram realizacji inwestycji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30299" w14:textId="31B6516B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269D6B61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2AE34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13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1C873" w14:textId="59A4AB0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 xml:space="preserve">pełnomocnictwo </w:t>
            </w:r>
            <w:r w:rsidR="008C4011" w:rsidRPr="002F2FB7">
              <w:rPr>
                <w:rFonts w:ascii="Times New Roman" w:hAnsi="Times New Roman" w:cs="Times New Roman"/>
                <w:lang w:val="pl-PL"/>
              </w:rPr>
              <w:t>-</w:t>
            </w:r>
            <w:r w:rsidRPr="002F2FB7">
              <w:rPr>
                <w:rFonts w:ascii="Times New Roman" w:hAnsi="Times New Roman" w:cs="Times New Roman"/>
                <w:lang w:val="pl-PL"/>
              </w:rPr>
              <w:t xml:space="preserve"> jeżeli dotyczy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3A929" w14:textId="3A5E48E4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7768D9" w:rsidRPr="002F2FB7" w14:paraId="13893D36" w14:textId="77777777" w:rsidTr="00C54720">
        <w:trPr>
          <w:jc w:val="center"/>
        </w:trPr>
        <w:tc>
          <w:tcPr>
            <w:tcW w:w="7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D27C8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14</w:t>
            </w:r>
          </w:p>
        </w:tc>
        <w:tc>
          <w:tcPr>
            <w:tcW w:w="58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BD854" w14:textId="77777777" w:rsidR="007768D9" w:rsidRPr="002F2FB7" w:rsidRDefault="00000000">
            <w:pPr>
              <w:rPr>
                <w:rFonts w:ascii="Times New Roman" w:hAnsi="Times New Roman" w:cs="Times New Roman"/>
                <w:lang w:val="pl-PL"/>
              </w:rPr>
            </w:pPr>
            <w:r w:rsidRPr="002F2FB7">
              <w:rPr>
                <w:rFonts w:ascii="Times New Roman" w:hAnsi="Times New Roman" w:cs="Times New Roman"/>
                <w:lang w:val="pl-PL"/>
              </w:rPr>
              <w:t>inne dokumenty wymagane Warunkami przetargu</w:t>
            </w:r>
          </w:p>
        </w:tc>
        <w:tc>
          <w:tcPr>
            <w:tcW w:w="3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702F4" w14:textId="4E1F368F" w:rsidR="007768D9" w:rsidRPr="002F2FB7" w:rsidRDefault="007768D9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12FDE9AE" w14:textId="77777777" w:rsidR="007768D9" w:rsidRPr="002F2FB7" w:rsidRDefault="00000000" w:rsidP="008C4011">
      <w:pPr>
        <w:jc w:val="right"/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br/>
        <w:t>Miejscowość i data: ................................................</w:t>
      </w:r>
    </w:p>
    <w:p w14:paraId="31FA805E" w14:textId="77777777" w:rsidR="007768D9" w:rsidRPr="002F2FB7" w:rsidRDefault="00000000" w:rsidP="008C4011">
      <w:pPr>
        <w:jc w:val="right"/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>Podpis osoby/osób uprawnionych do reprezentacji oferenta: .................................................................</w:t>
      </w:r>
    </w:p>
    <w:p w14:paraId="3AA83BA3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48305898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454CE338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23DD8A47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1799DA61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43D2A738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7919B173" w14:textId="77777777" w:rsidR="00C54720" w:rsidRPr="002F2FB7" w:rsidRDefault="00C54720" w:rsidP="00C54720">
      <w:pPr>
        <w:rPr>
          <w:rFonts w:ascii="Times New Roman" w:hAnsi="Times New Roman" w:cs="Times New Roman"/>
          <w:lang w:val="pl-PL"/>
        </w:rPr>
      </w:pPr>
    </w:p>
    <w:p w14:paraId="0AA3FB25" w14:textId="4FE6776F" w:rsidR="00C54720" w:rsidRPr="002F2FB7" w:rsidRDefault="00C54720" w:rsidP="00C54720">
      <w:pPr>
        <w:tabs>
          <w:tab w:val="left" w:pos="966"/>
        </w:tabs>
        <w:rPr>
          <w:rFonts w:ascii="Times New Roman" w:hAnsi="Times New Roman" w:cs="Times New Roman"/>
          <w:lang w:val="pl-PL"/>
        </w:rPr>
      </w:pPr>
      <w:r w:rsidRPr="002F2FB7">
        <w:rPr>
          <w:rFonts w:ascii="Times New Roman" w:hAnsi="Times New Roman" w:cs="Times New Roman"/>
          <w:lang w:val="pl-PL"/>
        </w:rPr>
        <w:tab/>
      </w:r>
    </w:p>
    <w:sectPr w:rsidR="00C54720" w:rsidRPr="002F2FB7" w:rsidSect="00034616">
      <w:footerReference w:type="default" r:id="rId8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18C6B" w14:textId="77777777" w:rsidR="00B263D8" w:rsidRDefault="00B263D8">
      <w:pPr>
        <w:spacing w:after="0" w:line="240" w:lineRule="auto"/>
      </w:pPr>
      <w:r>
        <w:separator/>
      </w:r>
    </w:p>
  </w:endnote>
  <w:endnote w:type="continuationSeparator" w:id="0">
    <w:p w14:paraId="1B74E82D" w14:textId="77777777" w:rsidR="00B263D8" w:rsidRDefault="00B26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39288" w14:textId="77777777" w:rsidR="007768D9" w:rsidRPr="00C54720" w:rsidRDefault="00000000">
    <w:pPr>
      <w:pStyle w:val="Stopka"/>
      <w:jc w:val="center"/>
      <w:rPr>
        <w:sz w:val="20"/>
        <w:szCs w:val="21"/>
      </w:rPr>
    </w:pPr>
    <w:proofErr w:type="spellStart"/>
    <w:r w:rsidRPr="00C54720">
      <w:rPr>
        <w:sz w:val="15"/>
        <w:szCs w:val="21"/>
      </w:rPr>
      <w:t>Samodzielny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Publiczny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Zakład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Opieki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Zdrowotnej</w:t>
    </w:r>
    <w:proofErr w:type="spellEnd"/>
    <w:r w:rsidRPr="00C54720">
      <w:rPr>
        <w:sz w:val="15"/>
        <w:szCs w:val="21"/>
      </w:rPr>
      <w:t xml:space="preserve"> Ministerstwa </w:t>
    </w:r>
    <w:proofErr w:type="spellStart"/>
    <w:r w:rsidRPr="00C54720">
      <w:rPr>
        <w:sz w:val="15"/>
        <w:szCs w:val="21"/>
      </w:rPr>
      <w:t>Spraw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Wewnętrznych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i</w:t>
    </w:r>
    <w:proofErr w:type="spellEnd"/>
    <w:r w:rsidRPr="00C54720">
      <w:rPr>
        <w:sz w:val="15"/>
        <w:szCs w:val="21"/>
      </w:rPr>
      <w:t xml:space="preserve"> </w:t>
    </w:r>
    <w:proofErr w:type="spellStart"/>
    <w:r w:rsidRPr="00C54720">
      <w:rPr>
        <w:sz w:val="15"/>
        <w:szCs w:val="21"/>
      </w:rPr>
      <w:t>Administracji</w:t>
    </w:r>
    <w:proofErr w:type="spellEnd"/>
    <w:r w:rsidRPr="00C54720">
      <w:rPr>
        <w:sz w:val="15"/>
        <w:szCs w:val="21"/>
      </w:rPr>
      <w:t xml:space="preserve"> w </w:t>
    </w:r>
    <w:proofErr w:type="spellStart"/>
    <w:r w:rsidRPr="00C54720">
      <w:rPr>
        <w:sz w:val="15"/>
        <w:szCs w:val="21"/>
      </w:rPr>
      <w:t>Krakowie</w:t>
    </w:r>
    <w:proofErr w:type="spellEnd"/>
    <w:r w:rsidRPr="00C54720">
      <w:rPr>
        <w:sz w:val="15"/>
        <w:szCs w:val="21"/>
      </w:rPr>
      <w:t xml:space="preserve"> | ul. </w:t>
    </w:r>
    <w:proofErr w:type="spellStart"/>
    <w:r w:rsidRPr="00C54720">
      <w:rPr>
        <w:sz w:val="15"/>
        <w:szCs w:val="21"/>
      </w:rPr>
      <w:t>Kronikarza</w:t>
    </w:r>
    <w:proofErr w:type="spellEnd"/>
    <w:r w:rsidRPr="00C54720">
      <w:rPr>
        <w:sz w:val="15"/>
        <w:szCs w:val="21"/>
      </w:rPr>
      <w:t xml:space="preserve"> Galla 25, 30-053 Kraków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465661" w14:textId="77777777" w:rsidR="00B263D8" w:rsidRDefault="00B263D8">
      <w:pPr>
        <w:spacing w:after="0" w:line="240" w:lineRule="auto"/>
      </w:pPr>
      <w:r>
        <w:separator/>
      </w:r>
    </w:p>
  </w:footnote>
  <w:footnote w:type="continuationSeparator" w:id="0">
    <w:p w14:paraId="720D46B1" w14:textId="77777777" w:rsidR="00B263D8" w:rsidRDefault="00B26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4073280">
    <w:abstractNumId w:val="8"/>
  </w:num>
  <w:num w:numId="2" w16cid:durableId="945817231">
    <w:abstractNumId w:val="6"/>
  </w:num>
  <w:num w:numId="3" w16cid:durableId="1864702754">
    <w:abstractNumId w:val="5"/>
  </w:num>
  <w:num w:numId="4" w16cid:durableId="512108799">
    <w:abstractNumId w:val="4"/>
  </w:num>
  <w:num w:numId="5" w16cid:durableId="1589802236">
    <w:abstractNumId w:val="7"/>
  </w:num>
  <w:num w:numId="6" w16cid:durableId="38626595">
    <w:abstractNumId w:val="3"/>
  </w:num>
  <w:num w:numId="7" w16cid:durableId="147140955">
    <w:abstractNumId w:val="2"/>
  </w:num>
  <w:num w:numId="8" w16cid:durableId="551354664">
    <w:abstractNumId w:val="1"/>
  </w:num>
  <w:num w:numId="9" w16cid:durableId="15005383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removePersonalInformation/>
  <w:removeDateAndTim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2FB7"/>
    <w:rsid w:val="00326F90"/>
    <w:rsid w:val="003C7EA2"/>
    <w:rsid w:val="004A6552"/>
    <w:rsid w:val="007768D9"/>
    <w:rsid w:val="007D5335"/>
    <w:rsid w:val="008C4011"/>
    <w:rsid w:val="00AA1D8D"/>
    <w:rsid w:val="00AD4FF2"/>
    <w:rsid w:val="00B263D8"/>
    <w:rsid w:val="00B47730"/>
    <w:rsid w:val="00C01478"/>
    <w:rsid w:val="00C54720"/>
    <w:rsid w:val="00CB0664"/>
    <w:rsid w:val="00F355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579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448</Words>
  <Characters>4228</Characters>
  <Application>Microsoft Office Word</Application>
  <DocSecurity>0</DocSecurity>
  <Lines>140</Lines>
  <Paragraphs>97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2026-09-15T11:25:00Z</dcterms:created>
  <dcterms:modified xsi:type="dcterms:W3CDTF">2026-09-15T18:58:00Z</dcterms:modified>
  <cp:category/>
</cp:coreProperties>
</file>