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764356" w14:textId="77777777" w:rsidR="00F70836" w:rsidRPr="00CA66FC" w:rsidRDefault="00000000" w:rsidP="00CA66FC">
      <w:pPr>
        <w:jc w:val="right"/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b/>
          <w:color w:val="000000" w:themeColor="text1"/>
          <w:sz w:val="18"/>
        </w:rPr>
        <w:t>Załącznik nr 5 do Warunków przetargu</w:t>
      </w:r>
    </w:p>
    <w:p w14:paraId="5001FC8E" w14:textId="77777777" w:rsidR="00F70836" w:rsidRPr="00CA66FC" w:rsidRDefault="00000000" w:rsidP="00CA66FC">
      <w:pPr>
        <w:pStyle w:val="Tytu"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WZORY WYMAGANYCH OŚWIADCZEŃ</w:t>
      </w:r>
    </w:p>
    <w:p w14:paraId="7742A3E8" w14:textId="77777777" w:rsidR="00F70836" w:rsidRPr="00CA66FC" w:rsidRDefault="00000000" w:rsidP="00CA66FC">
      <w:pPr>
        <w:jc w:val="center"/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i/>
          <w:color w:val="000000" w:themeColor="text1"/>
          <w:sz w:val="18"/>
        </w:rPr>
        <w:t>Przetarg na dzierżawę części nieruchomości o pow. 100 m² z przeznaczeniem na posadowienie budynku modułowego i realizację świadczeń zdrowotnych w zakresie rezonansu magnetycznego</w:t>
      </w:r>
    </w:p>
    <w:p w14:paraId="5296F0B1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Oświadczenia składa oferent zgodnie ze sposobem reprezentacji. W miejscach wykropkowanych należy wpisać dane właściwe dla oferenta.</w:t>
      </w:r>
    </w:p>
    <w:p w14:paraId="039CA86C" w14:textId="2B75A3F4" w:rsidR="00F70836" w:rsidRPr="00CA66FC" w:rsidRDefault="00000000" w:rsidP="00CA66FC">
      <w:pPr>
        <w:pStyle w:val="Nagwek1"/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 xml:space="preserve">OŚWIADCZENIE NR 1 </w:t>
      </w:r>
      <w:r w:rsidR="00CA66FC">
        <w:rPr>
          <w:rFonts w:ascii="Times New Roman" w:hAnsi="Times New Roman" w:cs="Times New Roman"/>
          <w:color w:val="000000" w:themeColor="text1"/>
        </w:rPr>
        <w:t>-</w:t>
      </w:r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sytuacja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ekonomiczna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finansowa</w:t>
      </w:r>
    </w:p>
    <w:p w14:paraId="2BF5DCDA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Nazwa oferenta: ........................................................................................................................................</w:t>
      </w:r>
    </w:p>
    <w:p w14:paraId="122651B8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Działając w imieniu ........................................................................ oświadczam/oświadczamy, że oferent znajduje się w sytuacji ekonomicznej i finansowej zapewniającej prawidłową realizację przedsięwzięcia objętego postępowaniem.</w:t>
      </w:r>
    </w:p>
    <w:p w14:paraId="6319ADFF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/>
        <w:t>Miejscowość i data: ........................................................</w:t>
      </w:r>
    </w:p>
    <w:p w14:paraId="6B350BA4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Imię, nazwisko i funkcja osoby/osób uprawnionych: ........................................................................................</w:t>
      </w:r>
    </w:p>
    <w:p w14:paraId="6D0C8404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Podpis: ........................................................................................</w:t>
      </w:r>
    </w:p>
    <w:p w14:paraId="14318DCF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 w:type="page"/>
      </w:r>
    </w:p>
    <w:p w14:paraId="4C19F785" w14:textId="6751DF8D" w:rsidR="00F70836" w:rsidRPr="00CA66FC" w:rsidRDefault="00000000" w:rsidP="00CA66FC">
      <w:pPr>
        <w:pStyle w:val="Nagwek1"/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lastRenderedPageBreak/>
        <w:t xml:space="preserve">OŚWIADCZENIE NR 2 </w:t>
      </w:r>
      <w:r w:rsidR="00CA66FC">
        <w:rPr>
          <w:rFonts w:ascii="Times New Roman" w:hAnsi="Times New Roman" w:cs="Times New Roman"/>
          <w:color w:val="000000" w:themeColor="text1"/>
        </w:rPr>
        <w:t>-</w:t>
      </w:r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kontrakt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z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Narodowym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Funduszem Zdrowia</w:t>
      </w:r>
    </w:p>
    <w:p w14:paraId="1B39816F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Nazwa oferenta: ........................................................................................................................................</w:t>
      </w:r>
    </w:p>
    <w:p w14:paraId="08274A2E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Oświadczam/oświadczamy, że oferent posiada aktualny kontrakt z Narodowym Funduszem Zdrowia na udzielanie świadczeń opieki zdrowotnej w zakresie rezonansu magnetycznego, realizowanych w ramach Ambulatoryjnej Opieki Specjalistycznej (AOS).</w:t>
      </w:r>
      <w:r w:rsidRPr="00CA66FC">
        <w:rPr>
          <w:rFonts w:ascii="Times New Roman" w:hAnsi="Times New Roman" w:cs="Times New Roman"/>
          <w:color w:val="000000" w:themeColor="text1"/>
        </w:rPr>
        <w:br/>
        <w:t>Okres obowiązywania kontraktu: od ........................ do ........................ .</w:t>
      </w:r>
      <w:r w:rsidRPr="00CA66FC">
        <w:rPr>
          <w:rFonts w:ascii="Times New Roman" w:hAnsi="Times New Roman" w:cs="Times New Roman"/>
          <w:color w:val="000000" w:themeColor="text1"/>
        </w:rPr>
        <w:br/>
        <w:t>Do oświadczenia załączam/załączamy dokument potwierdzający obowiązywanie kontraktu w wymaganym zakresie.</w:t>
      </w:r>
    </w:p>
    <w:p w14:paraId="66558BCB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/>
        <w:t>Miejscowość i data: ........................................................</w:t>
      </w:r>
    </w:p>
    <w:p w14:paraId="7AE0D6B7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Imię, nazwisko i funkcja osoby/osób uprawnionych: ........................................................................................</w:t>
      </w:r>
    </w:p>
    <w:p w14:paraId="1E9A20DF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Podpis: ........................................................................................</w:t>
      </w:r>
    </w:p>
    <w:p w14:paraId="19EBBE31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 w:type="page"/>
      </w:r>
    </w:p>
    <w:p w14:paraId="03EC139A" w14:textId="7843278D" w:rsidR="00F70836" w:rsidRPr="00CA66FC" w:rsidRDefault="00000000" w:rsidP="00CA66FC">
      <w:pPr>
        <w:pStyle w:val="Nagwek1"/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 xml:space="preserve">OŚWIADCZENIE NR 3 </w:t>
      </w:r>
      <w:r w:rsidR="00CA66FC">
        <w:rPr>
          <w:rFonts w:ascii="Times New Roman" w:hAnsi="Times New Roman" w:cs="Times New Roman"/>
          <w:color w:val="000000" w:themeColor="text1"/>
        </w:rPr>
        <w:t>-</w:t>
      </w:r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całodobowa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realizacja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świadczeń</w:t>
      </w:r>
      <w:proofErr w:type="spellEnd"/>
    </w:p>
    <w:p w14:paraId="12B8BE75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Nazwa oferenta: ........................................................................................................................................</w:t>
      </w:r>
    </w:p>
    <w:p w14:paraId="546F5B3B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Oświadczam/oświadczamy, że w przypadku wyboru oferty świadczenia zdrowotne w zakresie rezonansu magnetycznego wraz z opisem badań będą realizowane całodobowo, przez 7 dni w tygodniu, zgodnie z warunkami umowy.</w:t>
      </w:r>
    </w:p>
    <w:p w14:paraId="4F0BC046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/>
        <w:t>Miejscowość i data: ........................................................</w:t>
      </w:r>
    </w:p>
    <w:p w14:paraId="10DC0F1B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Imię, nazwisko i funkcja osoby/osób uprawnionych: ........................................................................................</w:t>
      </w:r>
    </w:p>
    <w:p w14:paraId="653C31D5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Podpis: ........................................................................................</w:t>
      </w:r>
    </w:p>
    <w:p w14:paraId="5150ACF7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 w:type="page"/>
      </w:r>
    </w:p>
    <w:p w14:paraId="1F0871D9" w14:textId="220A5678" w:rsidR="00F70836" w:rsidRPr="00CA66FC" w:rsidRDefault="00000000" w:rsidP="00CA66FC">
      <w:pPr>
        <w:pStyle w:val="Nagwek1"/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 xml:space="preserve">OŚWIADCZENIE NR 4 </w:t>
      </w:r>
      <w:r w:rsidR="00CA66FC">
        <w:rPr>
          <w:rFonts w:ascii="Times New Roman" w:hAnsi="Times New Roman" w:cs="Times New Roman"/>
          <w:color w:val="000000" w:themeColor="text1"/>
        </w:rPr>
        <w:t>-</w:t>
      </w:r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ciągłość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działalności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zakaz przenoszenia praw</w:t>
      </w:r>
    </w:p>
    <w:p w14:paraId="22045DD0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Nazwa oferenta: ........................................................................................................................................</w:t>
      </w:r>
    </w:p>
    <w:p w14:paraId="1C8FAF16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Zobowiązuję/zobowiązujemy się do nieprzerwanego prowadzenia działalności w zakresie objętym umową oraz do nieprzenoszenia praw i obowiązków wynikających z umowy dzierżawy na inny podmiot bez uprzedniej pisemnej zgody Wydzierżawiającego.</w:t>
      </w:r>
    </w:p>
    <w:p w14:paraId="4F3C8D26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/>
        <w:t>Miejscowość i data: ........................................................</w:t>
      </w:r>
    </w:p>
    <w:p w14:paraId="60FFC072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Imię, nazwisko i funkcja osoby/osób uprawnionych: ........................................................................................</w:t>
      </w:r>
    </w:p>
    <w:p w14:paraId="4E86C6DB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Podpis: ........................................................................................</w:t>
      </w:r>
    </w:p>
    <w:p w14:paraId="2387998D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 w:type="page"/>
      </w:r>
    </w:p>
    <w:p w14:paraId="241A6F78" w14:textId="0AD2E5CE" w:rsidR="00F70836" w:rsidRPr="00CA66FC" w:rsidRDefault="00000000" w:rsidP="00CA66FC">
      <w:pPr>
        <w:pStyle w:val="Nagwek1"/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 xml:space="preserve">OŚWIADCZENIE NR 5 </w:t>
      </w:r>
      <w:r w:rsidR="00CA66FC">
        <w:rPr>
          <w:rFonts w:ascii="Times New Roman" w:hAnsi="Times New Roman" w:cs="Times New Roman"/>
          <w:color w:val="000000" w:themeColor="text1"/>
        </w:rPr>
        <w:t>-</w:t>
      </w:r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poniesienie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kosztów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inwestycji</w:t>
      </w:r>
      <w:proofErr w:type="spellEnd"/>
    </w:p>
    <w:p w14:paraId="25331FBE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Nazwa oferenta: ........................................................................................................................................</w:t>
      </w:r>
    </w:p>
    <w:p w14:paraId="35558B00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Zobowiązuję/zobowiązujemy się do poniesienia kosztów związanych z przygotowaniem, wyposażeniem i uruchomieniem pracowni rezonansu magnetycznego, zgodnie z zaakceptowaną przez Wydzierżawiającego koncepcją i postanowieniami umowy.</w:t>
      </w:r>
    </w:p>
    <w:p w14:paraId="2DC243B6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/>
        <w:t>Miejscowość i data: ........................................................</w:t>
      </w:r>
    </w:p>
    <w:p w14:paraId="10AC6640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Imię, nazwisko i funkcja osoby/osób uprawnionych: ........................................................................................</w:t>
      </w:r>
    </w:p>
    <w:p w14:paraId="40DB6384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Podpis: ........................................................................................</w:t>
      </w:r>
    </w:p>
    <w:p w14:paraId="3B85969F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 w:type="page"/>
      </w:r>
    </w:p>
    <w:p w14:paraId="0EF0192C" w14:textId="0261AD28" w:rsidR="00F70836" w:rsidRPr="00CA66FC" w:rsidRDefault="00000000" w:rsidP="00CA66FC">
      <w:pPr>
        <w:pStyle w:val="Nagwek1"/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 xml:space="preserve">OŚWIADCZENIE NR 6 </w:t>
      </w:r>
      <w:r w:rsidR="00CA66FC">
        <w:rPr>
          <w:rFonts w:ascii="Times New Roman" w:hAnsi="Times New Roman" w:cs="Times New Roman"/>
          <w:color w:val="000000" w:themeColor="text1"/>
        </w:rPr>
        <w:t>-</w:t>
      </w:r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termin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rozpoczęcia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świadczeń</w:t>
      </w:r>
      <w:proofErr w:type="spellEnd"/>
    </w:p>
    <w:p w14:paraId="2C02646F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Nazwa oferenta: ........................................................................................................................................</w:t>
      </w:r>
    </w:p>
    <w:p w14:paraId="72D3B9AF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Zobowiązuję/zobowiązujemy się do zakończenia prac związanych z przygotowaniem miejsca, posadowieniem budynku modułowego, wyposażeniem pracowni oraz uruchomieniem aparatu MRI w terminach wynikających z Warunków przetargu i umowy oraz do rozpoczęcia udzielania świadczeń w terminie określonym w umowie dzierżawy, z uwzględnieniem harmonogramu przedstawionego w ofercie.</w:t>
      </w:r>
    </w:p>
    <w:p w14:paraId="3F8753BA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/>
        <w:t>Miejscowość i data: ........................................................</w:t>
      </w:r>
    </w:p>
    <w:p w14:paraId="45A3E8A7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Imię, nazwisko i funkcja osoby/osób uprawnionych: ........................................................................................</w:t>
      </w:r>
    </w:p>
    <w:p w14:paraId="3C211F97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Podpis: ........................................................................................</w:t>
      </w:r>
    </w:p>
    <w:p w14:paraId="5DC5C449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 w:type="page"/>
      </w:r>
    </w:p>
    <w:p w14:paraId="07081BF6" w14:textId="47FAE2E4" w:rsidR="00F70836" w:rsidRPr="00CA66FC" w:rsidRDefault="00000000" w:rsidP="00CA66FC">
      <w:pPr>
        <w:pStyle w:val="Nagwek1"/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 xml:space="preserve">OŚWIADCZENIE NR 7 </w:t>
      </w:r>
      <w:r w:rsidR="00CA66FC">
        <w:rPr>
          <w:rFonts w:ascii="Times New Roman" w:hAnsi="Times New Roman" w:cs="Times New Roman"/>
          <w:color w:val="000000" w:themeColor="text1"/>
        </w:rPr>
        <w:t>-</w:t>
      </w:r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zgodność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sankcyjna</w:t>
      </w:r>
      <w:proofErr w:type="spellEnd"/>
    </w:p>
    <w:p w14:paraId="5D254E02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Nazwa oferenta: ........................................................................................................................................</w:t>
      </w:r>
    </w:p>
    <w:p w14:paraId="7B2E91EB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Oświadczam/oświadczamy, że oferent nie współpracuje z podmiotami objętymi ograniczeniami lub sankcjami wynikającymi z obowiązujących przepisów prawa dotyczących Federacji Rosyjskiej i Republiki Białorusi oraz nie wykonuje ani nie wspiera działań objętych zakazami lub ograniczeniami wynikającymi z obowiązujących przepisów sankcyjnych.</w:t>
      </w:r>
    </w:p>
    <w:p w14:paraId="44A0D37D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/>
        <w:t>Miejscowość i data: ........................................................</w:t>
      </w:r>
    </w:p>
    <w:p w14:paraId="68DE4AA2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Imię, nazwisko i funkcja osoby/osób uprawnionych: ........................................................................................</w:t>
      </w:r>
    </w:p>
    <w:p w14:paraId="32E21C18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Podpis: ........................................................................................</w:t>
      </w:r>
    </w:p>
    <w:p w14:paraId="275C8622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 w:type="page"/>
      </w:r>
    </w:p>
    <w:p w14:paraId="23928FC9" w14:textId="4E2A3481" w:rsidR="00F70836" w:rsidRPr="00CA66FC" w:rsidRDefault="00000000" w:rsidP="00CA66FC">
      <w:pPr>
        <w:pStyle w:val="Nagwek1"/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 xml:space="preserve">OŚWIADCZENIE NR 8 </w:t>
      </w:r>
      <w:r w:rsidR="00CA66FC">
        <w:rPr>
          <w:rFonts w:ascii="Times New Roman" w:hAnsi="Times New Roman" w:cs="Times New Roman"/>
          <w:color w:val="000000" w:themeColor="text1"/>
        </w:rPr>
        <w:t>-</w:t>
      </w:r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doświadczenie</w:t>
      </w:r>
      <w:proofErr w:type="spellEnd"/>
    </w:p>
    <w:p w14:paraId="48A2C5CB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Nazwa oferenta: ........................................................................................................................................</w:t>
      </w:r>
    </w:p>
    <w:p w14:paraId="278AEA4B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Oświadczam/oświadczamy, że oferent posiada doświadczenie w udzielaniu świadczeń zdrowotnych w zakresie rezonansu magnetycznego przez okres co najmniej 2 lat.</w:t>
      </w:r>
      <w:r w:rsidRPr="00CA66FC">
        <w:rPr>
          <w:rFonts w:ascii="Times New Roman" w:hAnsi="Times New Roman" w:cs="Times New Roman"/>
          <w:color w:val="000000" w:themeColor="text1"/>
        </w:rPr>
        <w:br/>
        <w:t>Okres / zakres doświadczenia: ................................................................................................................................................ .</w:t>
      </w:r>
      <w:r w:rsidRPr="00CA66FC">
        <w:rPr>
          <w:rFonts w:ascii="Times New Roman" w:hAnsi="Times New Roman" w:cs="Times New Roman"/>
          <w:color w:val="000000" w:themeColor="text1"/>
        </w:rPr>
        <w:br/>
        <w:t>Dokumenty potwierdzające doświadczenie: ................................................................................................................................ .</w:t>
      </w:r>
    </w:p>
    <w:p w14:paraId="174B0827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/>
        <w:t>Miejscowość i data: ........................................................</w:t>
      </w:r>
    </w:p>
    <w:p w14:paraId="34848FE5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Imię, nazwisko i funkcja osoby/osób uprawnionych: ........................................................................................</w:t>
      </w:r>
    </w:p>
    <w:p w14:paraId="5C9101DB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Podpis: ........................................................................................</w:t>
      </w:r>
    </w:p>
    <w:p w14:paraId="42011B34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 w:type="page"/>
      </w:r>
    </w:p>
    <w:p w14:paraId="3F7D8244" w14:textId="0F41DFEE" w:rsidR="00F70836" w:rsidRPr="00CA66FC" w:rsidRDefault="00000000" w:rsidP="00CA66FC">
      <w:pPr>
        <w:pStyle w:val="Nagwek1"/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 xml:space="preserve">OŚWIADCZENIE NR 9 </w:t>
      </w:r>
      <w:r w:rsidR="00CA66FC">
        <w:rPr>
          <w:rFonts w:ascii="Times New Roman" w:hAnsi="Times New Roman" w:cs="Times New Roman"/>
          <w:color w:val="000000" w:themeColor="text1"/>
        </w:rPr>
        <w:t>-</w:t>
      </w:r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akceptacja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warunków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projektu umowy</w:t>
      </w:r>
    </w:p>
    <w:p w14:paraId="4CFB4584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Nazwa oferenta: ........................................................................................................................................</w:t>
      </w:r>
    </w:p>
    <w:p w14:paraId="5EA6B87C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Oświadczam/oświadczamy, że zapoznaliśmy się z Warunkami przetargu, akceptujemy ich treść oraz projekt umowy dzierżawy stanowiący Załącznik nr 3 i zobowiązujemy się – w przypadku wyboru oferty – do zawarcia umowy na warunkach wynikających z postępowania.</w:t>
      </w:r>
    </w:p>
    <w:p w14:paraId="3D005D97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/>
        <w:t>Miejscowość i data: ........................................................</w:t>
      </w:r>
    </w:p>
    <w:p w14:paraId="52133CF3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Imię, nazwisko i funkcja osoby/osób uprawnionych: ........................................................................................</w:t>
      </w:r>
    </w:p>
    <w:p w14:paraId="471620FA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Podpis: ........................................................................................</w:t>
      </w:r>
    </w:p>
    <w:p w14:paraId="36FBE379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 w:type="page"/>
      </w:r>
    </w:p>
    <w:p w14:paraId="78526BD3" w14:textId="26FCE816" w:rsidR="00F70836" w:rsidRPr="00CA66FC" w:rsidRDefault="00000000" w:rsidP="00CA66FC">
      <w:pPr>
        <w:pStyle w:val="Nagwek1"/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 xml:space="preserve">OŚWIADCZENIE NR 10 </w:t>
      </w:r>
      <w:r w:rsidR="00CA66FC">
        <w:rPr>
          <w:rFonts w:ascii="Times New Roman" w:hAnsi="Times New Roman" w:cs="Times New Roman"/>
          <w:color w:val="000000" w:themeColor="text1"/>
        </w:rPr>
        <w:t>-</w:t>
      </w:r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spełnienie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wymagań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A66FC">
        <w:rPr>
          <w:rFonts w:ascii="Times New Roman" w:hAnsi="Times New Roman" w:cs="Times New Roman"/>
          <w:color w:val="000000" w:themeColor="text1"/>
        </w:rPr>
        <w:t>organizacyjnych</w:t>
      </w:r>
      <w:proofErr w:type="spellEnd"/>
      <w:r w:rsidRPr="00CA66FC">
        <w:rPr>
          <w:rFonts w:ascii="Times New Roman" w:hAnsi="Times New Roman" w:cs="Times New Roman"/>
          <w:color w:val="000000" w:themeColor="text1"/>
        </w:rPr>
        <w:t xml:space="preserve"> i technicznych</w:t>
      </w:r>
    </w:p>
    <w:p w14:paraId="0CFF79D0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Nazwa oferenta: ........................................................................................................................................</w:t>
      </w:r>
    </w:p>
    <w:p w14:paraId="3FF0D34A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Oświadczam/oświadczamy, że przedstawiona w ofercie koncepcja organizacyjna i techniczna oraz planowane wyposażenie umożliwiają realizację wymagań określonych w Warunkach przetargu, w tym badań pacjentów z klaustrofobią i otyłością, pacjentów o masie ciała co najmniej 250 kg oraz transport pacjenta w pozycji leżącej.</w:t>
      </w:r>
    </w:p>
    <w:p w14:paraId="14E6969A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br/>
        <w:t>Miejscowość i data: ........................................................</w:t>
      </w:r>
    </w:p>
    <w:p w14:paraId="6D2C47D1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Imię, nazwisko i funkcja osoby/osób uprawnionych: ........................................................................................</w:t>
      </w:r>
    </w:p>
    <w:p w14:paraId="56CC0DC4" w14:textId="77777777" w:rsidR="00F70836" w:rsidRPr="00CA66FC" w:rsidRDefault="00000000" w:rsidP="00CA66FC">
      <w:pPr>
        <w:rPr>
          <w:rFonts w:ascii="Times New Roman" w:hAnsi="Times New Roman" w:cs="Times New Roman"/>
          <w:color w:val="000000" w:themeColor="text1"/>
        </w:rPr>
      </w:pPr>
      <w:r w:rsidRPr="00CA66FC">
        <w:rPr>
          <w:rFonts w:ascii="Times New Roman" w:hAnsi="Times New Roman" w:cs="Times New Roman"/>
          <w:color w:val="000000" w:themeColor="text1"/>
        </w:rPr>
        <w:t>Podpis: ........................................................................................</w:t>
      </w:r>
    </w:p>
    <w:sectPr w:rsidR="00F70836" w:rsidRPr="00CA66FC" w:rsidSect="00034616">
      <w:footerReference w:type="default" r:id="rId8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461595" w14:textId="77777777" w:rsidR="00986441" w:rsidRDefault="00986441">
      <w:pPr>
        <w:spacing w:after="0" w:line="240" w:lineRule="auto"/>
      </w:pPr>
      <w:r>
        <w:separator/>
      </w:r>
    </w:p>
  </w:endnote>
  <w:endnote w:type="continuationSeparator" w:id="0">
    <w:p w14:paraId="7CED8E49" w14:textId="77777777" w:rsidR="00986441" w:rsidRDefault="00986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7B4A1D" w14:textId="77777777" w:rsidR="00F70836" w:rsidRPr="00CA66FC" w:rsidRDefault="00000000">
    <w:pPr>
      <w:pStyle w:val="Stopka"/>
      <w:jc w:val="center"/>
      <w:rPr>
        <w:rFonts w:ascii="Times New Roman" w:hAnsi="Times New Roman" w:cs="Times New Roman"/>
        <w:sz w:val="20"/>
        <w:szCs w:val="21"/>
      </w:rPr>
    </w:pPr>
    <w:proofErr w:type="spellStart"/>
    <w:r w:rsidRPr="00CA66FC">
      <w:rPr>
        <w:rFonts w:ascii="Times New Roman" w:hAnsi="Times New Roman" w:cs="Times New Roman"/>
        <w:sz w:val="15"/>
        <w:szCs w:val="21"/>
      </w:rPr>
      <w:t>Samodzielny</w:t>
    </w:r>
    <w:proofErr w:type="spellEnd"/>
    <w:r w:rsidRPr="00CA66FC">
      <w:rPr>
        <w:rFonts w:ascii="Times New Roman" w:hAnsi="Times New Roman" w:cs="Times New Roman"/>
        <w:sz w:val="15"/>
        <w:szCs w:val="21"/>
      </w:rPr>
      <w:t xml:space="preserve"> </w:t>
    </w:r>
    <w:proofErr w:type="spellStart"/>
    <w:r w:rsidRPr="00CA66FC">
      <w:rPr>
        <w:rFonts w:ascii="Times New Roman" w:hAnsi="Times New Roman" w:cs="Times New Roman"/>
        <w:sz w:val="15"/>
        <w:szCs w:val="21"/>
      </w:rPr>
      <w:t>Publiczny</w:t>
    </w:r>
    <w:proofErr w:type="spellEnd"/>
    <w:r w:rsidRPr="00CA66FC">
      <w:rPr>
        <w:rFonts w:ascii="Times New Roman" w:hAnsi="Times New Roman" w:cs="Times New Roman"/>
        <w:sz w:val="15"/>
        <w:szCs w:val="21"/>
      </w:rPr>
      <w:t xml:space="preserve"> </w:t>
    </w:r>
    <w:proofErr w:type="spellStart"/>
    <w:r w:rsidRPr="00CA66FC">
      <w:rPr>
        <w:rFonts w:ascii="Times New Roman" w:hAnsi="Times New Roman" w:cs="Times New Roman"/>
        <w:sz w:val="15"/>
        <w:szCs w:val="21"/>
      </w:rPr>
      <w:t>Zakład</w:t>
    </w:r>
    <w:proofErr w:type="spellEnd"/>
    <w:r w:rsidRPr="00CA66FC">
      <w:rPr>
        <w:rFonts w:ascii="Times New Roman" w:hAnsi="Times New Roman" w:cs="Times New Roman"/>
        <w:sz w:val="15"/>
        <w:szCs w:val="21"/>
      </w:rPr>
      <w:t xml:space="preserve"> </w:t>
    </w:r>
    <w:proofErr w:type="spellStart"/>
    <w:r w:rsidRPr="00CA66FC">
      <w:rPr>
        <w:rFonts w:ascii="Times New Roman" w:hAnsi="Times New Roman" w:cs="Times New Roman"/>
        <w:sz w:val="15"/>
        <w:szCs w:val="21"/>
      </w:rPr>
      <w:t>Opieki</w:t>
    </w:r>
    <w:proofErr w:type="spellEnd"/>
    <w:r w:rsidRPr="00CA66FC">
      <w:rPr>
        <w:rFonts w:ascii="Times New Roman" w:hAnsi="Times New Roman" w:cs="Times New Roman"/>
        <w:sz w:val="15"/>
        <w:szCs w:val="21"/>
      </w:rPr>
      <w:t xml:space="preserve"> </w:t>
    </w:r>
    <w:proofErr w:type="spellStart"/>
    <w:r w:rsidRPr="00CA66FC">
      <w:rPr>
        <w:rFonts w:ascii="Times New Roman" w:hAnsi="Times New Roman" w:cs="Times New Roman"/>
        <w:sz w:val="15"/>
        <w:szCs w:val="21"/>
      </w:rPr>
      <w:t>Zdrowotnej</w:t>
    </w:r>
    <w:proofErr w:type="spellEnd"/>
    <w:r w:rsidRPr="00CA66FC">
      <w:rPr>
        <w:rFonts w:ascii="Times New Roman" w:hAnsi="Times New Roman" w:cs="Times New Roman"/>
        <w:sz w:val="15"/>
        <w:szCs w:val="21"/>
      </w:rPr>
      <w:t xml:space="preserve"> Ministerstwa </w:t>
    </w:r>
    <w:proofErr w:type="spellStart"/>
    <w:r w:rsidRPr="00CA66FC">
      <w:rPr>
        <w:rFonts w:ascii="Times New Roman" w:hAnsi="Times New Roman" w:cs="Times New Roman"/>
        <w:sz w:val="15"/>
        <w:szCs w:val="21"/>
      </w:rPr>
      <w:t>Spraw</w:t>
    </w:r>
    <w:proofErr w:type="spellEnd"/>
    <w:r w:rsidRPr="00CA66FC">
      <w:rPr>
        <w:rFonts w:ascii="Times New Roman" w:hAnsi="Times New Roman" w:cs="Times New Roman"/>
        <w:sz w:val="15"/>
        <w:szCs w:val="21"/>
      </w:rPr>
      <w:t xml:space="preserve"> </w:t>
    </w:r>
    <w:proofErr w:type="spellStart"/>
    <w:r w:rsidRPr="00CA66FC">
      <w:rPr>
        <w:rFonts w:ascii="Times New Roman" w:hAnsi="Times New Roman" w:cs="Times New Roman"/>
        <w:sz w:val="15"/>
        <w:szCs w:val="21"/>
      </w:rPr>
      <w:t>Wewnętrznych</w:t>
    </w:r>
    <w:proofErr w:type="spellEnd"/>
    <w:r w:rsidRPr="00CA66FC">
      <w:rPr>
        <w:rFonts w:ascii="Times New Roman" w:hAnsi="Times New Roman" w:cs="Times New Roman"/>
        <w:sz w:val="15"/>
        <w:szCs w:val="21"/>
      </w:rPr>
      <w:t xml:space="preserve"> </w:t>
    </w:r>
    <w:proofErr w:type="spellStart"/>
    <w:r w:rsidRPr="00CA66FC">
      <w:rPr>
        <w:rFonts w:ascii="Times New Roman" w:hAnsi="Times New Roman" w:cs="Times New Roman"/>
        <w:sz w:val="15"/>
        <w:szCs w:val="21"/>
      </w:rPr>
      <w:t>i</w:t>
    </w:r>
    <w:proofErr w:type="spellEnd"/>
    <w:r w:rsidRPr="00CA66FC">
      <w:rPr>
        <w:rFonts w:ascii="Times New Roman" w:hAnsi="Times New Roman" w:cs="Times New Roman"/>
        <w:sz w:val="15"/>
        <w:szCs w:val="21"/>
      </w:rPr>
      <w:t xml:space="preserve"> </w:t>
    </w:r>
    <w:proofErr w:type="spellStart"/>
    <w:r w:rsidRPr="00CA66FC">
      <w:rPr>
        <w:rFonts w:ascii="Times New Roman" w:hAnsi="Times New Roman" w:cs="Times New Roman"/>
        <w:sz w:val="15"/>
        <w:szCs w:val="21"/>
      </w:rPr>
      <w:t>Administracji</w:t>
    </w:r>
    <w:proofErr w:type="spellEnd"/>
    <w:r w:rsidRPr="00CA66FC">
      <w:rPr>
        <w:rFonts w:ascii="Times New Roman" w:hAnsi="Times New Roman" w:cs="Times New Roman"/>
        <w:sz w:val="15"/>
        <w:szCs w:val="21"/>
      </w:rPr>
      <w:t xml:space="preserve"> w </w:t>
    </w:r>
    <w:proofErr w:type="spellStart"/>
    <w:r w:rsidRPr="00CA66FC">
      <w:rPr>
        <w:rFonts w:ascii="Times New Roman" w:hAnsi="Times New Roman" w:cs="Times New Roman"/>
        <w:sz w:val="15"/>
        <w:szCs w:val="21"/>
      </w:rPr>
      <w:t>Krakowie</w:t>
    </w:r>
    <w:proofErr w:type="spellEnd"/>
    <w:r w:rsidRPr="00CA66FC">
      <w:rPr>
        <w:rFonts w:ascii="Times New Roman" w:hAnsi="Times New Roman" w:cs="Times New Roman"/>
        <w:sz w:val="15"/>
        <w:szCs w:val="21"/>
      </w:rPr>
      <w:t xml:space="preserve"> | ul. </w:t>
    </w:r>
    <w:proofErr w:type="spellStart"/>
    <w:r w:rsidRPr="00CA66FC">
      <w:rPr>
        <w:rFonts w:ascii="Times New Roman" w:hAnsi="Times New Roman" w:cs="Times New Roman"/>
        <w:sz w:val="15"/>
        <w:szCs w:val="21"/>
      </w:rPr>
      <w:t>Kronikarza</w:t>
    </w:r>
    <w:proofErr w:type="spellEnd"/>
    <w:r w:rsidRPr="00CA66FC">
      <w:rPr>
        <w:rFonts w:ascii="Times New Roman" w:hAnsi="Times New Roman" w:cs="Times New Roman"/>
        <w:sz w:val="15"/>
        <w:szCs w:val="21"/>
      </w:rPr>
      <w:t xml:space="preserve"> Galla 25, 30-053 Kraków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CB3DE1" w14:textId="77777777" w:rsidR="00986441" w:rsidRDefault="00986441">
      <w:pPr>
        <w:spacing w:after="0" w:line="240" w:lineRule="auto"/>
      </w:pPr>
      <w:r>
        <w:separator/>
      </w:r>
    </w:p>
  </w:footnote>
  <w:footnote w:type="continuationSeparator" w:id="0">
    <w:p w14:paraId="405A83FD" w14:textId="77777777" w:rsidR="00986441" w:rsidRDefault="00986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4930782">
    <w:abstractNumId w:val="8"/>
  </w:num>
  <w:num w:numId="2" w16cid:durableId="2005014776">
    <w:abstractNumId w:val="6"/>
  </w:num>
  <w:num w:numId="3" w16cid:durableId="1336541288">
    <w:abstractNumId w:val="5"/>
  </w:num>
  <w:num w:numId="4" w16cid:durableId="1908103879">
    <w:abstractNumId w:val="4"/>
  </w:num>
  <w:num w:numId="5" w16cid:durableId="1686325173">
    <w:abstractNumId w:val="7"/>
  </w:num>
  <w:num w:numId="6" w16cid:durableId="355424985">
    <w:abstractNumId w:val="3"/>
  </w:num>
  <w:num w:numId="7" w16cid:durableId="676080155">
    <w:abstractNumId w:val="2"/>
  </w:num>
  <w:num w:numId="8" w16cid:durableId="883757770">
    <w:abstractNumId w:val="1"/>
  </w:num>
  <w:num w:numId="9" w16cid:durableId="13916882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2"/>
  <w:removePersonalInformation/>
  <w:removeDateAndTim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6552"/>
    <w:rsid w:val="00986441"/>
    <w:rsid w:val="00AA1D8D"/>
    <w:rsid w:val="00B47730"/>
    <w:rsid w:val="00CA66FC"/>
    <w:rsid w:val="00CB0664"/>
    <w:rsid w:val="00F708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68C7A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613</Words>
  <Characters>8098</Characters>
  <Application>Microsoft Office Word</Application>
  <DocSecurity>0</DocSecurity>
  <Lines>112</Lines>
  <Paragraphs>64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Nagłówki</vt:lpstr>
      </vt:variant>
      <vt:variant>
        <vt:i4>10</vt:i4>
      </vt:variant>
      <vt:variant>
        <vt:lpstr>Title</vt:lpstr>
      </vt:variant>
      <vt:variant>
        <vt:i4>1</vt:i4>
      </vt:variant>
    </vt:vector>
  </HeadingPairs>
  <TitlesOfParts>
    <vt:vector size="12" baseType="lpstr">
      <vt:lpstr/>
      <vt:lpstr>OŚWIADCZENIE NR 1 - sytuacja ekonomiczna i finansowa</vt:lpstr>
      <vt:lpstr>OŚWIADCZENIE NR 2 - kontrakt z Narodowym Funduszem Zdrowia</vt:lpstr>
      <vt:lpstr>OŚWIADCZENIE NR 3 - całodobowa realizacja świadczeń</vt:lpstr>
      <vt:lpstr>OŚWIADCZENIE NR 4 - ciągłość działalności i zakaz przenoszenia praw</vt:lpstr>
      <vt:lpstr>OŚWIADCZENIE NR 5 - poniesienie kosztów inwestycji</vt:lpstr>
      <vt:lpstr>OŚWIADCZENIE NR 6 - termin rozpoczęcia świadczeń</vt:lpstr>
      <vt:lpstr>OŚWIADCZENIE NR 7 - zgodność sankcyjna</vt:lpstr>
      <vt:lpstr>OŚWIADCZENIE NR 8 - doświadczenie</vt:lpstr>
      <vt:lpstr>OŚWIADCZENIE NR 9 - akceptacja warunków i projektu umowy</vt:lpstr>
      <vt:lpstr>OŚWIADCZENIE NR 10 - spełnienie wymagań organizacyjnych i technicznych</vt:lpstr>
      <vt:lpstr/>
    </vt:vector>
  </TitlesOfParts>
  <Manager/>
  <Company/>
  <LinksUpToDate>false</LinksUpToDate>
  <CharactersWithSpaces>8659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2026-09-15T19:01:00Z</dcterms:modified>
  <cp:category/>
</cp:coreProperties>
</file>